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Arimo" w:hAnsi="Arimo"/>
          <w:b/>
          <w:sz w:val="17"/>
        </w:rPr>
        <w:t>ЮРИСТЫ В ДЖИНСАХ</w:t>
      </w:r>
    </w:p>
    <w:p>
      <w:pPr>
        <w:spacing w:after="120"/>
      </w:pPr>
      <w:r>
        <w:rPr>
          <w:rFonts w:ascii="Arimo" w:hAnsi="Arimo"/>
          <w:b/>
          <w:sz w:val="19"/>
        </w:rPr>
        <w:t>ОБРАЗЕЦ ДОКУМЕНТА • СТАТЬЯ № 507</w:t>
      </w:r>
    </w:p>
    <w:p>
      <w:pPr>
        <w:pStyle w:val="Title"/>
        <w:spacing w:after="0"/>
      </w:pPr>
      <w:r>
        <w:t>Ходатайство об истребовании видеозаписей и иных доказательств способа перемещения автомобиля</w:t>
      </w:r>
    </w:p>
    <w:p>
      <w:pPr>
        <w:keepNext w:val="0"/>
        <w:spacing w:after="60"/>
      </w:pPr>
      <w:r>
        <w:t>Категория: Заявления</w:t>
      </w:r>
    </w:p>
    <w:p>
      <w:pPr>
        <w:keepNext w:val="0"/>
        <w:spacing w:after="40"/>
      </w:pPr>
      <w:r>
        <w:t>Кому: [должностному лицу / мировому судье]</w:t>
      </w:r>
    </w:p>
    <w:p>
      <w:pPr>
        <w:keepNext w:val="0"/>
        <w:spacing w:after="40"/>
      </w:pPr>
      <w:r>
        <w:t>По делу/материалу №: [номер]</w:t>
      </w:r>
    </w:p>
    <w:p>
      <w:pPr>
        <w:keepNext w:val="0"/>
        <w:spacing w:after="100"/>
      </w:pPr>
      <w:r>
        <w:t>От: [ФИО, адрес, телефон]</w:t>
      </w:r>
    </w:p>
    <w:p>
      <w:pPr>
        <w:pStyle w:val="Heading1"/>
        <w:keepNext/>
        <w:spacing w:after="0"/>
      </w:pPr>
      <w:r>
        <w:t>ХОДАТАЙСТВО</w:t>
      </w:r>
    </w:p>
    <w:p>
      <w:pPr>
        <w:keepNext w:val="0"/>
        <w:spacing w:after="70"/>
      </w:pPr>
      <w:r>
        <w:t>В производстве находится материал/дело, в котором выясняется факт управления автомобилем [марка, госномер] «___» __________ 20__ г. по адресу [место]. Спорным является способ перемещения автомобиля и действия конкретных лиц.</w:t>
      </w:r>
    </w:p>
    <w:p>
      <w:pPr>
        <w:keepNext w:val="0"/>
        <w:spacing w:after="70"/>
      </w:pPr>
      <w:r>
        <w:t>Для правильного установления обстоятельств прошу истребовать и сохранить записи за период с [время] до [время], охватывающий события до начала движения, само перемещение и остановку автомобиля. Записи важны для установления положения людей, действий с рулём, тормозом/передачей, направления и расстояния движения.</w:t>
      </w:r>
    </w:p>
    <w:p>
      <w:pPr>
        <w:pStyle w:val="Heading1"/>
        <w:keepNext/>
        <w:spacing w:after="0"/>
      </w:pPr>
      <w:r>
        <w:t>ПРОШУ ИСТРЕБОВАТЬ И ПРИОБЩИТЬ</w:t>
      </w:r>
    </w:p>
    <w:p>
      <w:pPr>
        <w:keepNext w:val="0"/>
        <w:spacing w:after="50"/>
      </w:pPr>
      <w:r>
        <w:t>• полные записи нагрудных видеорегистраторов сотрудников полиции, участвовавших в оформлении;</w:t>
      </w:r>
    </w:p>
    <w:p>
      <w:pPr>
        <w:keepNext w:val="0"/>
        <w:spacing w:after="50"/>
      </w:pPr>
      <w:r>
        <w:t>• видеозапись регистратора патрульного автомобиля и иные служебные записи, если они велись;</w:t>
      </w:r>
    </w:p>
    <w:p>
      <w:pPr>
        <w:keepNext w:val="0"/>
        <w:spacing w:after="50"/>
      </w:pPr>
      <w:r>
        <w:t>• записи камер [магазина / дома / парковки / организации] по адресу [указать] за нужный интервал;</w:t>
      </w:r>
    </w:p>
    <w:p>
      <w:pPr>
        <w:keepNext w:val="0"/>
        <w:spacing w:after="50"/>
      </w:pPr>
      <w:r>
        <w:t>• сведения и объяснения очевидцев [ФИО/контакты], видевших начало и способ перемещения автомобиля;</w:t>
      </w:r>
    </w:p>
    <w:p>
      <w:pPr>
        <w:keepNext w:val="0"/>
        <w:spacing w:after="50"/>
      </w:pPr>
      <w:r>
        <w:t>• фотоматериалы, схему места, сведения о первоначальном и конечном положении автомобиля;</w:t>
      </w:r>
    </w:p>
    <w:p>
      <w:pPr>
        <w:keepNext w:val="0"/>
        <w:spacing w:after="50"/>
      </w:pPr>
      <w:r>
        <w:t>• при наличии — документы/материалы о технической неисправности автомобиля, вызове эвакуатора или помощи иных лиц.</w:t>
      </w:r>
    </w:p>
    <w:p>
      <w:pPr>
        <w:keepNext w:val="0"/>
        <w:spacing w:after="100"/>
      </w:pPr>
      <w:r>
        <w:t>Прошу рассмотреть ходатайство в порядке статьи 24.4 КоАП РФ, приобщить полученные материалы к делу, а при отказе вынести мотивированное определение. Если запись находится у третьего лица и может быть удалена автоматически, прошу направить запрос без промедления.</w:t>
      </w:r>
    </w:p>
    <w:p>
      <w:pPr>
        <w:pStyle w:val="Heading1"/>
        <w:keepNext/>
        <w:spacing w:after="0"/>
      </w:pPr>
      <w:r>
        <w:t>Приложения</w:t>
      </w:r>
    </w:p>
    <w:p>
      <w:pPr>
        <w:keepNext w:val="0"/>
        <w:spacing w:after="40"/>
      </w:pPr>
      <w:r>
        <w:t>• схема расположения камер/автомобиля — при наличии;</w:t>
      </w:r>
    </w:p>
    <w:p>
      <w:pPr>
        <w:keepNext w:val="0"/>
        <w:spacing w:after="40"/>
      </w:pPr>
      <w:r>
        <w:t>• данные свидетелей;</w:t>
      </w:r>
    </w:p>
    <w:p>
      <w:pPr>
        <w:keepNext w:val="0"/>
        <w:spacing w:after="40"/>
      </w:pPr>
      <w:r>
        <w:t>• собственные фото/видео;</w:t>
      </w:r>
    </w:p>
    <w:p>
      <w:pPr>
        <w:keepNext w:val="0"/>
        <w:spacing w:after="40"/>
      </w:pPr>
      <w:r>
        <w:t>• иные подтверждения источников записи.</w:t>
      </w:r>
    </w:p>
    <w:p>
      <w:pPr>
        <w:keepNext w:val="0"/>
        <w:spacing w:after="80"/>
      </w:pPr>
      <w:r>
        <w:t>Правовая основа: статьи 24.1, 24.4, 25.1, 26.1, 26.2 и 26.11 КоАП РФ; пункт 2 Постановления Пленума Верховного Суда РФ от 25.06.2019 № 20.</w:t>
      </w:r>
    </w:p>
    <w:p>
      <w:pPr>
        <w:keepNext w:val="0"/>
        <w:spacing w:after="0"/>
      </w:pPr>
      <w:r>
        <w:t>Дата: «___» __________ 20__ г.    Подпись: __________ /[ФИО]/</w:t>
      </w:r>
    </w:p>
    <w:sectPr w:rsidR="00FC693F" w:rsidRPr="0006063C" w:rsidSect="00034616">
      <w:pgSz w:w="12240" w:h="15840"/>
      <w:pgMar w:top="792" w:right="1022" w:bottom="792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47" w:lineRule="auto"/>
    </w:pPr>
    <w:rPr>
      <w:rFonts w:ascii="PT Serif" w:hAnsi="PT Seri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40"/>
      <w:outlineLvl w:val="0"/>
    </w:pPr>
    <w:rPr>
      <w:rFonts w:asciiTheme="majorHAnsi" w:eastAsiaTheme="majorEastAsia" w:hAnsiTheme="majorHAnsi" w:cstheme="majorBidi" w:ascii="PT Serif" w:hAnsi="PT Serif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 w:ascii="PT Serif" w:hAnsi="PT Serif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PT Serif" w:hAnsi="PT Serif"/>
      <w:b/>
      <w:color w:val="17365D" w:themeColor="text2" w:themeShade="BF"/>
      <w:spacing w:val="5"/>
      <w:kern w:val="28"/>
      <w:sz w:val="3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