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В Арбитражный суд [субъекта РФ]</w:t>
        <w:br/>
        <w:t>адрес: [___]</w:t>
        <w:br/>
        <w:br/>
        <w:t>Истец: ИП [Ф.И.О.]</w:t>
        <w:br/>
        <w:t>адрес: [___]</w:t>
        <w:br/>
        <w:t>ИНН: [___], ОГРНИП: [___]</w:t>
        <w:br/>
        <w:t>телефон, e-mail: [___]</w:t>
        <w:br/>
        <w:br/>
        <w:t>Ответчик: [оператор платформы / иной контрагент]</w:t>
        <w:br/>
        <w:t>адрес: [___]</w:t>
        <w:br/>
        <w:t>ИНН/ОГРН: [___]</w:t>
        <w:br/>
        <w:br/>
        <w:t>Цена иска: [___] руб.</w:t>
        <w:br/>
        <w:t>Госпошлина: [рассчитать по ст. 333.21 НК РФ на дату подачи]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ИСКОВОЕ ЗАЯВЛЕНИЕ</w:t>
        <w:br/>
        <w:t>об оспаривании блокировки доступа к платформе, исполнении договора и взыскании убытков</w:t>
      </w:r>
    </w:p>
    <w:p>
      <w:pPr>
        <w:pStyle w:val="Heading2"/>
      </w:pPr>
      <w:r>
        <w:t>Описательная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Истец как индивидуальный предприниматель заключил с Ответчиком договор/присоединился к оферте [___] для осуществления предпринимательской деятельности через платформу. [Дата] доступ к личному кабинету ограничен/прекращён на основании [___]. Истец направил претензию/жалобу [дата], получен ответ [___] / ответ не получен. Блокировка повлекла [невозможность исполнения заказов, неполучение начисленных выплат, расходы] в размере [___].</w:t>
      </w:r>
    </w:p>
    <w:p>
      <w:pPr>
        <w:pStyle w:val="Heading2"/>
      </w:pPr>
      <w:r>
        <w:t>Мотивировочная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Статьи 309, 310 и 450.1 ГК РФ требуют надлежащего исполнения обязательств и допускают односторонний отказ лишь в пределах закона и договора. Экономический спор ИП с коммерческой организацией относится к компетенции арбитражного суда при наличии условий ст. 27 АПК РФ. По денежным требованиям из договора обычно соблюдается досудебный порядок, предусмотренный ч. 5 ст. 4 АПК РФ, если иной срок/порядок не установлен законом или договором.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Для событий после 1 октября 2026 года, подпадающих под Федеральный закон № 289-ФЗ, по спору об ограничении доступа к личному кабинету до суда обязательна жалоба оператору по ст. 14 этого Закона. На события до вступления Закона в силу эта процедура не переносится автоматически.</w:t>
      </w:r>
    </w:p>
    <w:p>
      <w:pPr>
        <w:pStyle w:val="Heading2"/>
      </w:pPr>
      <w:r>
        <w:t>Просительная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Прошу арбитражный суд (оставить применимые пункты):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Признать блокировку/ограничение доступа от [дата] нарушающими условия договора и применимые нормы закона.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Обязать Ответчика восстановить доступ в объёме действующего договора — если договор продолжает действовать и такой способ защиты применим.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Взыскать задолженность в размере [___] руб.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Взыскать доказанные убытки в размере [___] руб.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5. Взыскать проценты по ст. 395 ГК РФ — если применимо.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6. Взыскать судебные расходы.</w:t>
      </w:r>
    </w:p>
    <w:p>
      <w:pPr>
        <w:pStyle w:val="Heading2"/>
      </w:pPr>
      <w:r>
        <w:t>Приложения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Выписки/сведения о статусе ИП и Ответчике.</w:t>
        <w:br/>
        <w:t>2. Договор/оферта нужной редакции.</w:t>
        <w:br/>
        <w:t>3. Уведомление о блокировке и материалы аккаунта.</w:t>
        <w:br/>
        <w:t>4. Претензия/жалоба и доказательства соблюдения обязательного досудебного порядка.</w:t>
        <w:br/>
        <w:t>5. Расчёт требований и подтверждающие документы.</w:t>
        <w:br/>
        <w:t>6. Документ об уплате госпошлины.</w:t>
        <w:br/>
        <w:t>7. Доказательство направления Ответчику копии иска и приложений.</w:t>
        <w:br/>
        <w:t>8. Иные документы по ст. 126 АПК РФ.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Истец / ИП: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