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 w:val="0"/>
          <w:i w:val="0"/>
          <w:sz w:val="22"/>
        </w:rPr>
        <w:t>В ________________________ Районный суд (по месту нахождения органа соцзащиты)</w:t>
      </w:r>
    </w:p>
    <w:p>
      <w:r>
        <w:rPr>
          <w:b w:val="0"/>
          <w:i w:val="0"/>
          <w:sz w:val="22"/>
        </w:rPr>
        <w:t>адрес суда: ________________________</w:t>
      </w:r>
    </w:p>
    <w:p>
      <w:r>
        <w:rPr>
          <w:b w:val="0"/>
          <w:i w:val="0"/>
          <w:sz w:val="22"/>
        </w:rPr>
        <w:t>Административный истец: [ФИО полностью], дата и место рождения: [___]</w:t>
      </w:r>
    </w:p>
    <w:p>
      <w:r>
        <w:rPr>
          <w:b w:val="0"/>
          <w:i w:val="0"/>
          <w:sz w:val="22"/>
        </w:rPr>
        <w:t>адрес: [___], тел.: [___], e-mail: [___]</w:t>
      </w:r>
    </w:p>
    <w:p>
      <w:r>
        <w:rPr>
          <w:b w:val="0"/>
          <w:i w:val="0"/>
          <w:sz w:val="22"/>
        </w:rPr>
        <w:t>один из идентификаторов (СНИЛС / ИНН / серия и номер паспорта): [___]</w:t>
      </w:r>
    </w:p>
    <w:p>
      <w:r>
        <w:rPr>
          <w:b w:val="0"/>
          <w:i w:val="0"/>
          <w:sz w:val="22"/>
        </w:rPr>
        <w:t>Административный ответчик: [наименование органа / должностного лица], адрес: [___]</w:t>
      </w:r>
    </w:p>
    <w:p>
      <w:r>
        <w:rPr>
          <w:b w:val="0"/>
          <w:i w:val="0"/>
          <w:sz w:val="22"/>
        </w:rPr>
        <w:t>ИНН: [___], ОГРН: [___] (если известны)</w:t>
      </w:r>
    </w:p>
    <w:p/>
    <w:p>
      <w:pPr>
        <w:pStyle w:val="Heading1"/>
        <w:jc w:val="center"/>
      </w:pPr>
      <w:r>
        <w:t>Административный иск об оспаривании отказа в предоставлении субсидии / льготы / пособия</w:t>
      </w:r>
    </w:p>
    <w:p>
      <w:r>
        <w:rPr>
          <w:b w:val="0"/>
          <w:i w:val="0"/>
          <w:sz w:val="22"/>
        </w:rPr>
        <w:t>«___» ________ 20__ г. я подал(а) заявление о предоставлении [субсидии на оплату ЖКУ / льготы ветерану / пособия малоимущему / ежемесячной выплаты на ребёнка].</w:t>
      </w:r>
    </w:p>
    <w:p>
      <w:r>
        <w:rPr>
          <w:b w:val="0"/>
          <w:i w:val="0"/>
          <w:sz w:val="22"/>
        </w:rPr>
        <w:t>Решением от «___» ________ 20__ г. орган соцзащиты [наименование] отказал в предоставлении меры социальной поддержки по основанию: [текст отказа].</w:t>
      </w:r>
    </w:p>
    <w:p>
      <w:r>
        <w:rPr>
          <w:b w:val="0"/>
          <w:i w:val="0"/>
          <w:sz w:val="22"/>
        </w:rPr>
        <w:t>Отказ незаконен: [я отношусь к льготной категории; доход ниже установленного порога; представил все документы].</w:t>
      </w:r>
    </w:p>
    <w:p>
      <w:r>
        <w:rPr>
          <w:b w:val="0"/>
          <w:i w:val="0"/>
          <w:sz w:val="22"/>
        </w:rPr>
        <w:t>На основании изложенного, руководствуясь гл. 22 КАС РФ, ФЗ-178 «О государственной социальной помощи», региональные законы о льготах,</w:t>
      </w:r>
    </w:p>
    <w:p>
      <w:r>
        <w:rPr>
          <w:b/>
          <w:i w:val="0"/>
          <w:sz w:val="22"/>
        </w:rPr>
        <w:t>ПРОШУ:</w:t>
      </w:r>
    </w:p>
    <w:p>
      <w:r>
        <w:rPr>
          <w:b w:val="0"/>
          <w:i w:val="0"/>
          <w:sz w:val="22"/>
        </w:rPr>
        <w:t>1. Признать незаконным решение органа соцзащиты от «___» ________ 20__ г. об отказе в предоставлении [меры поддержки].</w:t>
      </w:r>
    </w:p>
    <w:p>
      <w:r>
        <w:rPr>
          <w:b w:val="0"/>
          <w:i w:val="0"/>
          <w:sz w:val="22"/>
        </w:rPr>
        <w:t>2. Обязать орган назначить меру социальной поддержки с «___» ________ 20__ г.</w:t>
      </w:r>
    </w:p>
    <w:p>
      <w:r>
        <w:rPr>
          <w:b w:val="0"/>
          <w:i w:val="0"/>
          <w:sz w:val="22"/>
        </w:rPr>
        <w:t>3. Взыскать недоплаченную сумму за прошлый период — [сумма] руб.</w:t>
      </w:r>
    </w:p>
    <w:p>
      <w:r>
        <w:rPr>
          <w:b w:val="0"/>
          <w:i w:val="0"/>
          <w:sz w:val="22"/>
        </w:rPr>
        <w:t>4. Взыскать расходы по госпошлине.</w:t>
      </w:r>
    </w:p>
    <w:p>
      <w:r>
        <w:rPr>
          <w:b w:val="0"/>
          <w:i w:val="0"/>
          <w:sz w:val="22"/>
        </w:rPr>
        <w:t>«___» ____________ 20__ г.</w:t>
      </w:r>
    </w:p>
    <w:p>
      <w:r>
        <w:rPr>
          <w:b w:val="0"/>
          <w:i w:val="0"/>
          <w:sz w:val="22"/>
        </w:rPr>
        <w:t>Подпись __________________ / [ФИО] /</w:t>
      </w:r>
    </w:p>
    <w:p/>
    <w:p>
      <w:r>
        <w:rPr>
          <w:b w:val="0"/>
          <w:i w:val="0"/>
          <w:sz w:val="22"/>
        </w:rPr>
        <w:t>Приложения:</w:t>
      </w:r>
    </w:p>
    <w:p>
      <w:r>
        <w:rPr>
          <w:b w:val="0"/>
          <w:i w:val="0"/>
          <w:sz w:val="22"/>
        </w:rPr>
        <w:t>1. заявление о предоставлении меры поддержки</w:t>
      </w:r>
    </w:p>
    <w:p>
      <w:r>
        <w:rPr>
          <w:b w:val="0"/>
          <w:i w:val="0"/>
          <w:sz w:val="22"/>
        </w:rPr>
        <w:t>2. решение об отказе</w:t>
      </w:r>
    </w:p>
    <w:p>
      <w:r>
        <w:rPr>
          <w:b w:val="0"/>
          <w:i w:val="0"/>
          <w:sz w:val="22"/>
        </w:rPr>
        <w:t>3. документы, подтверждающие право (удостоверения, справки о доходах)</w:t>
      </w:r>
    </w:p>
    <w:p>
      <w:r>
        <w:rPr>
          <w:b w:val="0"/>
          <w:i w:val="0"/>
          <w:sz w:val="22"/>
        </w:rPr>
        <w:t>4. расчёт недоплаты</w:t>
      </w:r>
    </w:p>
    <w:p>
      <w:r>
        <w:rPr>
          <w:b w:val="0"/>
          <w:i w:val="0"/>
          <w:sz w:val="22"/>
        </w:rPr>
        <w:t>5. копия иска</w:t>
      </w:r>
    </w:p>
    <w:p/>
    <w:p>
      <w:r>
        <w:rPr>
          <w:b w:val="0"/>
          <w:i w:val="0"/>
          <w:sz w:val="22"/>
        </w:rPr>
        <w:t>ВАЖНО (подсказки):</w:t>
      </w:r>
    </w:p>
    <w:p>
      <w:r>
        <w:rPr>
          <w:b w:val="0"/>
          <w:i w:val="0"/>
          <w:sz w:val="22"/>
        </w:rPr>
        <w:t>• СРОК: 3 МЕСЯЦА (ст. 219 КАС РФ).</w:t>
      </w:r>
    </w:p>
    <w:p>
      <w:r>
        <w:rPr>
          <w:b w:val="0"/>
          <w:i w:val="0"/>
          <w:sz w:val="22"/>
        </w:rPr>
        <w:t>• Госпошлина: (рассчитать на калькуляторе сайта).</w:t>
      </w:r>
    </w:p>
    <w:p>
      <w:r>
        <w:rPr>
          <w:b w:val="0"/>
          <w:i w:val="0"/>
          <w:sz w:val="22"/>
        </w:rPr>
        <w:t>• Подсудность: по месту нахождения органа соцзащиты или по выбору истца.</w:t>
      </w:r>
    </w:p>
    <w:p/>
    <w:p>
      <w:r>
        <w:rPr>
          <w:b w:val="0"/>
          <w:i w:val="0"/>
          <w:sz w:val="22"/>
        </w:rPr>
        <w:t>Шаблон подготовлен проектом «Юристы в джинсах». Носит справочный характер и не заменяет консультацию юриста.</w:t>
      </w:r>
    </w:p>
    <w:sectPr w:rsidR="00FC693F" w:rsidRPr="0006063C" w:rsidSect="00034616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