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рассмотрения дела)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Заявитель (лицо, привлечённое к ответственности): [ФИО полностью]</w:t>
      </w:r>
    </w:p>
    <w:p>
      <w:r>
        <w:rPr>
          <w:b w:val="0"/>
          <w:i w:val="0"/>
          <w:sz w:val="22"/>
        </w:rPr>
        <w:t>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документ, удостоверяющий личность: [___]</w:t>
      </w:r>
    </w:p>
    <w:p>
      <w:r>
        <w:rPr>
          <w:b w:val="0"/>
          <w:i w:val="0"/>
          <w:sz w:val="22"/>
        </w:rPr>
        <w:t>Орган (должностное лицо), вынесший постановление: [наименование], адрес: [___]</w:t>
      </w:r>
    </w:p>
    <w:p>
      <w:r>
        <w:rPr>
          <w:b w:val="0"/>
          <w:i w:val="0"/>
          <w:sz w:val="22"/>
        </w:rPr>
        <w:t>Обжалуемое постановление: № [___] от «___» ________ 20__ г.</w:t>
      </w:r>
    </w:p>
    <w:p/>
    <w:p>
      <w:pPr>
        <w:pStyle w:val="Heading1"/>
        <w:jc w:val="center"/>
      </w:pPr>
      <w:r>
        <w:t>Жалоба на постановление по делу об административном правонарушении</w:t>
      </w:r>
    </w:p>
    <w:p>
      <w:r>
        <w:rPr>
          <w:b w:val="0"/>
          <w:i w:val="0"/>
          <w:sz w:val="22"/>
        </w:rPr>
        <w:t>Постановлением № [___] от «___» ________ 20__ г. [должностное лицо / орган] признал(о) меня виновным в совершении административного правонарушения по ст. [номер] КоАП РФ и назначил(о) наказание: [штраф / лишение прав / иное].</w:t>
      </w:r>
    </w:p>
    <w:p>
      <w:r>
        <w:rPr>
          <w:b w:val="0"/>
          <w:i w:val="0"/>
          <w:sz w:val="22"/>
        </w:rPr>
        <w:t>Постановление незаконно и подлежит отмене по основаниям:</w:t>
      </w:r>
    </w:p>
    <w:p>
      <w:r>
        <w:rPr>
          <w:b w:val="0"/>
          <w:i w:val="0"/>
          <w:sz w:val="22"/>
        </w:rPr>
        <w:t>— отсутствует состав правонарушения;</w:t>
      </w:r>
    </w:p>
    <w:p>
      <w:r>
        <w:rPr>
          <w:b w:val="0"/>
          <w:i w:val="0"/>
          <w:sz w:val="22"/>
        </w:rPr>
        <w:t>— нарушена процедура привлечения (не разъяснены права, нет понятых, не составлен протокол);</w:t>
      </w:r>
    </w:p>
    <w:p>
      <w:r>
        <w:rPr>
          <w:b w:val="0"/>
          <w:i w:val="0"/>
          <w:sz w:val="22"/>
        </w:rPr>
        <w:t>— не доказана моя вина;</w:t>
      </w:r>
    </w:p>
    <w:p>
      <w:r>
        <w:rPr>
          <w:b w:val="0"/>
          <w:i w:val="0"/>
          <w:sz w:val="22"/>
        </w:rPr>
        <w:t>— истёк срок давности.</w:t>
      </w:r>
    </w:p>
    <w:p>
      <w:r>
        <w:rPr>
          <w:b w:val="0"/>
          <w:i w:val="0"/>
          <w:sz w:val="22"/>
        </w:rPr>
        <w:t>Жалоба вышестоящему органу не принесла результата / подана сразу в суд.</w:t>
      </w:r>
    </w:p>
    <w:p>
      <w:r>
        <w:rPr>
          <w:b w:val="0"/>
          <w:i w:val="0"/>
          <w:sz w:val="22"/>
        </w:rPr>
        <w:t>На основании изложенного, руководствуясь гл. 30 КоАП РФ (жалоба), ст. 30.1-30.3 КоАП РФ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Отменить постановление № [___] от «___» ________ 20__ г. о привлечении к административной ответственности.</w:t>
      </w:r>
    </w:p>
    <w:p>
      <w:r>
        <w:rPr>
          <w:b w:val="0"/>
          <w:i w:val="0"/>
          <w:sz w:val="22"/>
        </w:rPr>
        <w:t>2. Прекратить производство по делу об административном правонарушении.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постановление о правонарушении</w:t>
      </w:r>
    </w:p>
    <w:p>
      <w:r>
        <w:rPr>
          <w:b w:val="0"/>
          <w:i w:val="0"/>
          <w:sz w:val="22"/>
        </w:rPr>
        <w:t>2. протокол</w:t>
      </w:r>
    </w:p>
    <w:p>
      <w:r>
        <w:rPr>
          <w:b w:val="0"/>
          <w:i w:val="0"/>
          <w:sz w:val="22"/>
        </w:rPr>
        <w:t>3. доказательства невиновности / нарушений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Это жалоба по гл. 30 КоАП РФ, а не административный иск: ч. 5 ст. 1 КАС РФ исключает дела об административных правонарушениях.</w:t>
      </w:r>
    </w:p>
    <w:p>
      <w:r>
        <w:rPr>
          <w:b w:val="0"/>
          <w:i w:val="0"/>
          <w:sz w:val="22"/>
        </w:rPr>
        <w:t>• Жалоба подаётся судье (должностному лицу), вынесшему постановление, и в трёхдневный срок направляется в вышестоящий суд (ч. 1 ст. 30.2 КоАП РФ).</w:t>
      </w:r>
    </w:p>
    <w:p>
      <w:r>
        <w:rPr>
          <w:b w:val="0"/>
          <w:i w:val="0"/>
          <w:sz w:val="22"/>
        </w:rPr>
        <w:t>• СРОК: 10 ДНЕЙ со дня получения копии постановления (ст. 30.3 КоАП РФ).</w:t>
      </w:r>
    </w:p>
    <w:p>
      <w:r>
        <w:rPr>
          <w:b w:val="0"/>
          <w:i w:val="0"/>
          <w:sz w:val="22"/>
        </w:rPr>
        <w:t>• Госпошлина по жалобам на административные постановления — НЕ уплачивается (ст. 30.2 КоАП РФ).</w:t>
      </w:r>
    </w:p>
    <w:p>
      <w:r>
        <w:rPr>
          <w:b w:val="0"/>
          <w:i w:val="0"/>
          <w:sz w:val="22"/>
        </w:rPr>
        <w:t>• Подсудность: районный суд по месту рассмотрения дела.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