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туроператора / турагентства / авиакомпании]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туроператору/авиакомпании об отказе доплаты «топливного сбора», не согласованной изначально</w:t>
      </w:r>
    </w:p>
    <w:p>
      <w:r>
        <w:t>«___» ________ 20__ г. между мной и [наименование] заключён договор [о реализации туристского продукта / перевозки] № [номер], оплата по которому произведена в полном объёме, что подтверждается [чек, подтверждение бронирования].</w:t>
      </w:r>
    </w:p>
    <w:p>
      <w:r>
        <w:t>«___» ________ 20__ г., незадолго до даты вылета, мне выставлено требование доплатить «топливный сбор» в размере [сумма] руб., не указанный в первоначальной цене и не оговорённый как возможный при заключении договора.</w:t>
      </w:r>
    </w:p>
    <w:p>
      <w:r>
        <w:t>В соответствии со ст. 10 Закона РФ «О защите прав потребителей» исполнитель обязан до заключения договора довести до потребителя полную цену услуги, включая все сборы. Одностороннее изменение согласованной и полностью оплаченной цены не допускается (ст. 310 ГК РФ), за исключением случаев, прямо и конкретно предусмотренных договором.</w:t>
      </w:r>
    </w:p>
    <w:p>
      <w:r>
        <w:t>На основании изложенного, руководствуясь ст. 10 Закона РФ «О защите прав потребителей», ст. 310, 421 ГК РФ,</w:t>
      </w:r>
    </w:p>
    <w:p>
      <w:r>
        <w:rPr>
          <w:b/>
        </w:rPr>
        <w:t>ПРОШУ:</w:t>
      </w:r>
    </w:p>
    <w:p>
      <w:r>
        <w:t>1. Исполнить договор по ранее согласованной и оплаченной цене без дополнительной доплаты.</w:t>
      </w:r>
    </w:p>
    <w:p>
      <w:r>
        <w:t>2. В случае угрозы аннулирования брони/тура за отказ доплатить — письменно подтвердить, на каком договорном основании это делается, с указанием конкретного пункта договора.</w:t>
      </w:r>
    </w:p>
    <w:p>
      <w:r>
        <w:t>3.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/ подтверждение бронирования</w:t>
      </w:r>
    </w:p>
    <w:p>
      <w:r>
        <w:t>2. документ об оплате в полном объёме</w:t>
      </w:r>
    </w:p>
    <w:p>
      <w:r>
        <w:t>3. требование о доплате (переписка, счёт)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в договоре есть чёткое условие о праве оператора/перевозчика изменить цену при росте стоимости топлива — важно проверить, соблюдена ли предусмотренная процедура (документальное подтверждение роста, срок уведомления).</w:t>
      </w:r>
    </w:p>
    <w:p>
      <w:r>
        <w:rPr>
          <w:i/>
        </w:rPr>
        <w:t>• Если брони/тур всё же аннулировали за отказ доплатить — сохраняйте все документы и обращайтесь с претензией уже о незаконной отмене и возврате полной стоимости.</w:t>
      </w:r>
    </w:p>
    <w:p>
      <w:r>
        <w:rPr>
          <w:i/>
        </w:rPr>
        <w:t>• Параллельно можно подать жалобу в Роспотребнадзор на нарушение ст. 10 ЗоЗПП.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