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сервиса]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сервису о возврате денежных средств, списанных за подписку без согласия</w:t>
      </w:r>
    </w:p>
    <w:p>
      <w:r>
        <w:t>«___» ________ 20__ г. с моей банковской карты списаны денежные средства в размере [сумма] руб. в пользу [наименование сервиса] за подписку/услугу, на подключение и/или автопродление которой я не давал(а) явного согласия.</w:t>
      </w:r>
    </w:p>
    <w:p>
      <w:r>
        <w:t>Информация об условиях подписки, стоимости, периодичности списаний и порядке отказа не была доведена до меня в явной и доступной форме при оформлении.</w:t>
      </w:r>
    </w:p>
    <w:p>
      <w:r>
        <w:t>В соответствии со ст. 16 Закона РФ «О защите прав потребителей» запрещено заранее проставлять согласие потребителя на дополнительные платные услуги. В соответствии с Федеральным законом №376-ФЗ, вступившим в силу 1 марта 2026 года, списание денежных средств по подписке допускается только при наличии явного, легко отзываемого согласия пользователя на каждый платёж.</w:t>
      </w:r>
    </w:p>
    <w:p>
      <w:r>
        <w:t>На основании изложенного, руководствуясь ст. 16, 32 Закона РФ «О защите прав потребителей», ФЗ №376-ФЗ,</w:t>
      </w:r>
    </w:p>
    <w:p>
      <w:r>
        <w:rPr>
          <w:b/>
        </w:rPr>
        <w:t>ПРОШУ:</w:t>
      </w:r>
    </w:p>
    <w:p>
      <w:r>
        <w:t>1. Вернуть списанные денежные средства в размере [сумма] руб.</w:t>
      </w:r>
    </w:p>
    <w:p>
      <w:r>
        <w:t>2. Прекратить дальнейшие списания и удалить данные моей карты из системы автоплатежей.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выписка/скриншот списания</w:t>
      </w:r>
    </w:p>
    <w:p>
      <w:r>
        <w:t>2. скриншоты условий оформления подписки (если сохранились)</w:t>
      </w:r>
    </w:p>
    <w:p>
      <w:r>
        <w:t>3. переписка со службой поддержки сервиса (если была)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подписка была оформлена с вашего согласия, но вы забыли её отключить — вернуть можно только оплату за неиспользованную часть периода (ст. 32 ЗоЗПП), а не всю сумму.</w:t>
      </w:r>
    </w:p>
    <w:p>
      <w:r>
        <w:rPr>
          <w:i/>
        </w:rPr>
        <w:t>• Если сервис не отвечает или отказывает — обращайтесь в банк с заявлением об оспаривании операции (чарджбэк), приложив претензию и доказательства.</w:t>
      </w:r>
    </w:p>
    <w:p>
      <w:r>
        <w:rPr>
          <w:i/>
        </w:rPr>
        <w:t>• С 1 марта 2026 года по ФЗ №376-ФЗ сервис обязан предоставить понятную кнопку отписки и не может продолжать списания после отказа от подписки, даже если данные карты остались в системе.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