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организации-исполнителя услуги]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о возмещении вреда здоровью вследствие оказания услуги ненадлежащего качества</w:t>
      </w:r>
    </w:p>
    <w:p>
      <w:r>
        <w:t>«___» ________ 20__ г. я воспользовался(ась) услугой [указать: экскурсия / аквапарк / конная прогулка / санаторная процедура / иное], оказанной [наименование организации].</w:t>
      </w:r>
    </w:p>
    <w:p>
      <w:r>
        <w:t>В ходе оказания услуги по вине исполнителя (ненадлежащее обеспечение безопасности, неисправное оборудование/инвентарь, отсутствие инструктажа, нарушение технологии и т. п.) мне причинён вред здоровью: [описать травму], что подтверждается [медицинские документы].</w:t>
      </w:r>
    </w:p>
    <w:p>
      <w:r>
        <w:t>В соответствии со ст. 7 Закона РФ «О защите прав потребителей» исполнитель обязан обеспечить безопасность услуги для жизни и здоровья потребителя. Согласно ст. 1095 ГК РФ вред, причинённый вследствие недостатков услуги, подлежит возмещению исполнителем независимо от вины при наличии причинно-следственной связи.</w:t>
      </w:r>
    </w:p>
    <w:p>
      <w:r>
        <w:t>На основании изложенного, руководствуясь ст. 7, 14, 15 Закона РФ «О защите прав потребителей», ст. 1095 ГК РФ,</w:t>
      </w:r>
    </w:p>
    <w:p>
      <w:r>
        <w:rPr>
          <w:b/>
        </w:rPr>
        <w:t>ПРОШУ:</w:t>
      </w:r>
    </w:p>
    <w:p>
      <w:r>
        <w:t>1. Возместить расходы на лечение — [сумма] руб.</w:t>
      </w:r>
    </w:p>
    <w:p>
      <w:r>
        <w:t>2. Возместить иные убытки, связанные с травмой,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документ, подтверждающий пользование услугой (билет, ваучер, договор)</w:t>
      </w:r>
    </w:p>
    <w:p>
      <w:r>
        <w:t>2. медицинские документы, полученные на месте и после происшествия</w:t>
      </w:r>
    </w:p>
    <w:p>
      <w:r>
        <w:t>3. фото/видео обстоятельств травмы</w:t>
      </w:r>
    </w:p>
    <w:p>
      <w:r>
        <w:t>4. данные свидетелей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услуга приобреталась в составе турпродукта, а фактически оказывалась третьим лицом (гидом-подрядчиком, местным партнёром) — адресуйте претензию туроператору: по ст. 9 ФЗ №132-ФЗ «Об основах туристской деятельности в РФ» он отвечает перед туристом за услуги, фактически оказываемые третьими лицами, включённые в турпродукт.</w:t>
      </w:r>
    </w:p>
    <w:p>
      <w:r>
        <w:rPr>
          <w:i/>
        </w:rPr>
        <w:t>• Фиксируйте обстоятельства на месте: фото, видео, данные свидетелей, обращение в медучреждение с указанием места и времени происшествия — решающие доказательства.</w:t>
      </w:r>
    </w:p>
    <w:p>
      <w:r>
        <w:rPr>
          <w:i/>
        </w:rPr>
        <w:t>• Связанные документы: иск о возмещении вреда здоровью вследствие оказания услуги ненадлежащего качества.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