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ТРЕБОВАНИЕ ПРЕДОСТАВИТЬ ДОКУМЕНТЫ ПО СДЕЛКЕ С ЗАИНТЕРЕСОВАННОСТЬЮ ИЛИ КРУПНОЙ СДЕЛКЕ</w:t>
      </w:r>
    </w:p>
    <w:p>
      <w:pPr>
        <w:jc w:val="center"/>
      </w:pPr>
      <w:r>
        <w:rPr>
          <w:i/>
        </w:rPr>
        <w:t>Статья №352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ООО «[наименование]», директору [Ф.И.О.]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Мне стало известно о сделке [описать: объект, контрагент, дата], совершённой с [супругой/связанным лицом директора] либо имеющей признаки крупной сделки. Родство само по себе не делает сделку недействительной; для оценки нужны документы, цена, обстоятельства заинтересованности, обычность хозяйственной деятельности и наличие/отсутствие необходимых корпоративных решений.</w:t>
      </w:r>
    </w:p>
    <w:p>
      <w:pPr>
        <w:pStyle w:val="Heading1"/>
      </w:pPr>
      <w:r>
        <w:t>Прошу предоставить</w:t>
      </w:r>
    </w:p>
    <w:p>
      <w:pPr>
        <w:pStyle w:val="ListBullet"/>
      </w:pPr>
      <w:r>
        <w:t>договор, приложения, акты, счета и платёжные документы;</w:t>
      </w:r>
    </w:p>
    <w:p>
      <w:pPr>
        <w:pStyle w:val="ListBullet"/>
      </w:pPr>
      <w:r>
        <w:t>отчёт/уведомление о заинтересованности и сведения о заинтересованном лице;</w:t>
      </w:r>
    </w:p>
    <w:p>
      <w:pPr>
        <w:pStyle w:val="ListBullet"/>
      </w:pPr>
      <w:r>
        <w:t>протоколы/решения органов общества по сделке — если они принимались;</w:t>
      </w:r>
    </w:p>
    <w:p>
      <w:pPr>
        <w:pStyle w:val="ListBullet"/>
      </w:pPr>
      <w:r>
        <w:t>бухгалтерский баланс и данные о балансовой стоимости активов на соответствующую отчётную дату;</w:t>
      </w:r>
    </w:p>
    <w:p>
      <w:pPr>
        <w:pStyle w:val="ListBullet"/>
      </w:pPr>
      <w:r>
        <w:t>оценку/обоснование цены и документы о выборе контрагента;</w:t>
      </w:r>
    </w:p>
    <w:p>
      <w:pPr>
        <w:pStyle w:val="ListBullet"/>
      </w:pPr>
      <w:r>
        <w:t>сведения о дальнейшей продаже/обременении имущества.</w:t>
      </w:r>
    </w:p>
    <w:p>
      <w:r>
        <w:t>Прошу предоставить документы в срок и порядке статьи 50 Федерального закона №14-ФЗ.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