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line="230" w:lineRule="auto"/>
        <w:jc w:val="right"/>
      </w:pPr>
      <w:r>
        <w:rPr>
          <w:rFonts w:ascii="Arial" w:hAnsi="Arial"/>
          <w:b w:val="0"/>
          <w:sz w:val="19"/>
        </w:rPr>
        <w:t>Работодателю: [наименование / ИП]</w:t>
        <w:br/>
        <w:t>адрес: [___]</w:t>
        <w:br/>
        <w:br/>
        <w:t>От работника: [Ф.И.О.]</w:t>
        <w:br/>
        <w:t>должность: [___]</w:t>
        <w:br/>
        <w:t>адрес: [___]</w:t>
        <w:br/>
        <w:t>телефон, e-mail: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ТРЕБОВАНИЕ</w:t>
        <w:br/>
        <w:t>предоставить документы о сокращении, вакансиях и критериях преимущественного права</w:t>
      </w:r>
    </w:p>
    <w:p>
      <w:pPr>
        <w:pStyle w:val="Heading2"/>
      </w:pPr>
      <w:r>
        <w:t>Обстоятельства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[Дата] мне вручено уведомление о предстоящем увольнении по сокращению численности/штата по п. 2 ч. 1 ст. 81 ТК РФ / [дата] я уже уволен(а) по этому основанию. Для проверки соблюдения процедуры прошу предоставить документы, относящиеся непосредственно к моему увольнению и предложению вакансий.</w:t>
      </w:r>
    </w:p>
    <w:p>
      <w:pPr>
        <w:pStyle w:val="Heading2"/>
      </w:pPr>
      <w:r>
        <w:t>Правовая основа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При сокращении работодатель обязан соблюдать п. 2 ч. 1 и ч. 3 ст. 81, ст. 178-180 ТК РФ, а также применимые гарантии иных норм. Работника обычно предупреждают персонально под роспись не менее чем за два месяца и предлагают имеющиеся подходящие вакансии в предусмотренном законом объёме. При выборе между работниками учитываются правила ст. 179 ТК РФ в редакции, действующей на дату соответствующих кадровых решений.</w:t>
      </w:r>
    </w:p>
    <w:p>
      <w:pPr>
        <w:pStyle w:val="Heading2"/>
      </w:pPr>
      <w:r>
        <w:t>Прошу предоставить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Копию уведомления о сокращении и документы о дате его вручения.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2. Копии/выписки из приказов об изменении штатного расписания, подтверждающие реальное сокращение моей должности (без избыточных персональных данных третьих лиц).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3. Перечень вакансий, которые имелись у работодателя в период с [дата уведомления] по [дата увольнения], с датами их появления/закрытия и сведениями о сделанных мне предложениях.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4. Документы/выписки, отражающие объективные критерии оценки производительности и квалификации, если применялось преимущественное право оставления на работе.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5. Сведения о применении обязательной процедуры с профсоюзом/службой занятости — если она была необходима в моей ситуации.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6. Расчёт и документы по выходному пособию и иным выплатам.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Прошу предоставить документы, которые работодатель обязан выдавать работнику, в сроки, установленные трудовым законодательством, а по иным сведениям — предоставить мотивированный ответ. Не прошу раскрывать персональные данные других работников сверх необходимого для защиты моих прав.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Дата: «___» __________ 20___ года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Работник: __________________ /__________________/</w:t>
      </w:r>
    </w:p>
    <w:sectPr w:rsidR="00FC693F" w:rsidRPr="0006063C" w:rsidSect="00034616">
      <w:footerReference w:type="default" r:id="rId9"/>
      <w:pgSz w:w="12240" w:h="15840"/>
      <w:pgMar w:top="677" w:right="878" w:bottom="677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3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0" w:after="24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50" w:after="24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