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3" w:line="230" w:lineRule="auto"/>
        <w:jc w:val="right"/>
      </w:pPr>
      <w:r>
        <w:rPr>
          <w:rFonts w:ascii="Arial" w:hAnsi="Arial"/>
          <w:b w:val="0"/>
          <w:sz w:val="18"/>
        </w:rPr>
        <w:t>Работодателю: [наименование]</w:t>
        <w:br/>
        <w:t>адрес: [___]</w:t>
        <w:br/>
        <w:br/>
        <w:t>От бывшего работника: [Ф.И.О.]</w:t>
        <w:br/>
        <w:t>адрес / e-mail: [___]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ТРЕБОВАНИЕ</w:t>
        <w:br/>
        <w:t>о выплате компенсации за все неиспользованные отпуска при увольнении</w:t>
      </w:r>
    </w:p>
    <w:p>
      <w:pPr>
        <w:pStyle w:val="Heading2"/>
      </w:pPr>
      <w:r>
        <w:t>Обстоятельства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Трудовой договор прекращён [дата] на основании [___]. На дату увольнения мной не использовано [предварительно ___] календарных дней ежегодного оплачиваемого отпуска за периоды [___]. В день увольнения компенсация [не выплачена / выплачена в размере ___, с расчётом не согласен(на)].</w:t>
      </w:r>
    </w:p>
    <w:p>
      <w:pPr>
        <w:pStyle w:val="Heading2"/>
      </w:pPr>
      <w:r>
        <w:t>Требую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Предоставить расчёт отпускного стажа и количества неиспользованных дней отпуска по каждому рабочему году.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2. Предоставить расчёт среднего заработка, использованный для компенсации.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3. Выплатить недостающую компенсацию за все неиспользованные отпуска.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4. Начислить денежную компенсацию за задержку по ст. 236 ТК РФ по день фактической выплаты.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5. Выдать расчётный листок/справку о произведённых начислениях и удержаниях.</w:t>
      </w:r>
    </w:p>
    <w:p>
      <w:pPr>
        <w:pStyle w:val="Heading2"/>
      </w:pPr>
      <w:r>
        <w:t>Правовая основа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Часть 1 ст. 127 ТК РФ предусматривает при увольнении денежную компенсацию за все неиспользованные отпуска. По ст. 140 ТК РФ причитающиеся от работодателя суммы выплачиваются в день увольнения, а если работник в этот день не работал — не позднее следующего дня после предъявления требования о расчёте. При просрочке применяется ст. 236 ТК РФ.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Дата: «___» __________ 20___ года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Бывший работник: __________________ /__________________/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691" w:right="893" w:bottom="691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Юристы в джинсах | образец документа | правовая проверка: 31 августа 2026 года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3" w:line="23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6" w:after="22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6" w:after="22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