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Требование о возврате домашнего животного и передаче ветеринарных документов</w:t>
      </w:r>
    </w:p>
    <w:p>
      <w:pPr>
        <w:jc w:val="center"/>
      </w:pPr>
      <w:r>
        <w:rPr>
          <w:b/>
          <w:sz w:val="20"/>
        </w:rPr>
        <w:t>Категория: Претензии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Кому: __________________________________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От: ____________________________________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 / e-mail: 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Тел.: ___________________________________</w:t>
            </w:r>
          </w:p>
        </w:tc>
      </w:tr>
    </w:tbl>
    <w:p>
      <w:r>
        <w:t>У вас фактически находится принадлежащее мне домашнее животное: вид ______, порода ______, кличка ______, пол ______, окрас ______, дата рождения ______, чип/клеймо №______.</w:t>
      </w:r>
    </w:p>
    <w:p>
      <w:r>
        <w:t>Моё право подтверждается: договором/распиской/платежом от ______, документами заводчика/приюта ______, ветеринарными и регистрационными данными ______. Оснований для передачи животного вам в собственность не было / спорная передача носила временный характер: __________________.</w:t>
      </w:r>
    </w:p>
    <w:p>
      <w:pPr>
        <w:pStyle w:val="Heading1"/>
      </w:pPr>
      <w:r>
        <w:t>Требую</w:t>
      </w:r>
    </w:p>
    <w:p>
      <w:pPr>
        <w:ind w:left="312" w:hanging="238"/>
      </w:pPr>
      <w:r>
        <w:rPr>
          <w:b/>
        </w:rPr>
        <w:t xml:space="preserve">1. </w:t>
      </w:r>
      <w:r>
        <w:t>Возвратить животное не позднее «___» ________ 20___ г. по адресу/в месте: __________________.</w:t>
      </w:r>
    </w:p>
    <w:p>
      <w:pPr>
        <w:ind w:left="312" w:hanging="238"/>
      </w:pPr>
      <w:r>
        <w:rPr>
          <w:b/>
        </w:rPr>
        <w:t xml:space="preserve">2. </w:t>
      </w:r>
      <w:r>
        <w:t>Одновременно передать ветеринарный паспорт, документы о чипировании, лекарства и иные принадлежности: __________________.</w:t>
      </w:r>
    </w:p>
    <w:p>
      <w:pPr>
        <w:ind w:left="312" w:hanging="238"/>
      </w:pPr>
      <w:r>
        <w:rPr>
          <w:b/>
        </w:rPr>
        <w:t xml:space="preserve">3. </w:t>
      </w:r>
      <w:r>
        <w:t>До передачи обеспечить обычное безопасное содержание и не отчуждать животное третьим лицам.</w:t>
      </w:r>
    </w:p>
    <w:p>
      <w:pPr>
        <w:ind w:left="312" w:hanging="238"/>
      </w:pPr>
      <w:r>
        <w:rPr>
          <w:b/>
        </w:rPr>
        <w:t xml:space="preserve">4. </w:t>
      </w:r>
      <w:r>
        <w:t>Если вы считаете себя собственником — письменно сообщить основание и приложить подтверждающие документы.</w:t>
      </w:r>
    </w:p>
    <w:p>
      <w:r>
        <w:t>Предлагаю согласовать спокойную передачу без конфликта и риска для животного. Ответ прошу направить по указанным контактам.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Не используйте требование как угрозу. Если право собственности действительно спорно, окончательный вывод делает суд. Ветеринарный паспорт или факт ухода сам по себе не заменяет доказательства приобретения права.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