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ВОЗРАЖЕНИЯ НА ДИСЦИПЛИНАРНОЕ ВЗЫСКАНИЕ</w:t>
        <w:br/>
        <w:t>и требование отменить приказ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r>
        <w:t>Работодателю: [наименование, руководитель]</w:t>
      </w:r>
    </w:p>
    <w:p>
      <w:r>
        <w:t>От работника: [Ф.И.О., должность]</w:t>
      </w:r>
    </w:p>
    <w:p>
      <w:r>
        <w:t>Приказом № [___] от «___» ______ 20__ г. ко мне применено дисциплинарное взыскание: [замечание/выговор]. С приказом ознакомлен(а) «___» ______ 20__ г.</w:t>
      </w:r>
    </w:p>
    <w:p>
      <w:pPr>
        <w:pStyle w:val="Heading1"/>
      </w:pPr>
      <w:r>
        <w:t>Почему взыскание оспаривается</w:t>
      </w:r>
    </w:p>
    <w:p>
      <w:pPr>
        <w:pStyle w:val="ListBullet"/>
      </w:pPr>
      <w:r>
        <w:t>Не указана конкретная трудовая обязанность и документ, которым она возложена: [описать].</w:t>
      </w:r>
    </w:p>
    <w:p>
      <w:pPr>
        <w:pStyle w:val="ListBullet"/>
      </w:pPr>
      <w:r>
        <w:t>Событие/вина не доказаны: фактически произошло [хронология].</w:t>
      </w:r>
    </w:p>
    <w:p>
      <w:pPr>
        <w:pStyle w:val="ListBullet"/>
      </w:pPr>
      <w:r>
        <w:t>До взыскания объяснение [не затребовано / не были предоставлены два рабочих дня].</w:t>
      </w:r>
    </w:p>
    <w:p>
      <w:pPr>
        <w:pStyle w:val="ListBullet"/>
      </w:pPr>
      <w:r>
        <w:t>Нарушен месячный либо предельный срок применения взыскания: даты [___].</w:t>
      </w:r>
    </w:p>
    <w:p>
      <w:pPr>
        <w:pStyle w:val="ListBullet"/>
      </w:pPr>
      <w:r>
        <w:t>За то же событие уже применялась мера [___] / взыскание несоразмерно обстоятельствам.</w:t>
      </w:r>
    </w:p>
    <w:p>
      <w:pPr>
        <w:pStyle w:val="ListBullet"/>
      </w:pPr>
      <w:r>
        <w:t>Иное: [___].</w:t>
      </w:r>
    </w:p>
    <w:p>
      <w:pPr>
        <w:pStyle w:val="Heading1"/>
      </w:pPr>
      <w:r>
        <w:t>Прошу</w:t>
      </w:r>
    </w:p>
    <w:p>
      <w:pPr>
        <w:pStyle w:val="ListNumber"/>
      </w:pPr>
      <w:r>
        <w:t>Отменить приказ № [___] от «___» ______ 20__ г. о дисциплинарном взыскании.</w:t>
      </w:r>
    </w:p>
    <w:p>
      <w:pPr>
        <w:pStyle w:val="ListNumber"/>
      </w:pPr>
      <w:r>
        <w:t>Предоставить заверенные копии приказа, требования дать объяснения, моего объяснения, актов, докладных, табелей, локальных правил и документа, содержащего спорную обязанность.</w:t>
      </w:r>
    </w:p>
    <w:p>
      <w:pPr>
        <w:pStyle w:val="ListNumber"/>
      </w:pPr>
      <w:r>
        <w:t>Не учитывать оспариваемое взыскание при премировании, аттестации или применении последующих дисциплинарных мер до разрешения спора.</w:t>
      </w:r>
    </w:p>
    <w:p>
      <w:pPr>
        <w:pStyle w:val="ListNumber"/>
      </w:pPr>
      <w:r>
        <w:t>Письменно сообщить принятое решение.</w:t>
      </w:r>
    </w:p>
    <w:p>
      <w:r>
        <w:t>Приложения: [переписка, задания, медицинские документы, пропускные данные, иные доказательства].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