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1"/>
        </w:rPr>
        <w:t>В [наименование управляющей организации / ТСЖ / ЖСК]</w:t>
        <w:br/>
        <w:t>адрес: [___]</w:t>
        <w:br/>
      </w:r>
      <w:r>
        <w:rPr>
          <w:sz w:val="21"/>
        </w:rPr>
        <w:br/>
      </w:r>
      <w:r>
        <w:rPr>
          <w:sz w:val="21"/>
        </w:rPr>
        <w:t>Заявитель: [Ф.И.О.]</w:t>
        <w:br/>
      </w:r>
      <w:r>
        <w:rPr>
          <w:sz w:val="21"/>
        </w:rPr>
        <w:t>дата рождения: [дд.мм.гггг]</w:t>
        <w:br/>
      </w:r>
      <w:r>
        <w:rPr>
          <w:sz w:val="21"/>
        </w:rPr>
        <w:t>адрес: [адрес]</w:t>
        <w:br/>
      </w:r>
      <w:r>
        <w:rPr>
          <w:sz w:val="21"/>
        </w:rPr>
        <w:t>телефон: [номер]</w:t>
        <w:br/>
      </w:r>
      <w:r>
        <w:rPr>
          <w:sz w:val="21"/>
        </w:rPr>
        <w:t>e-mail: [адрес]</w:t>
      </w:r>
    </w:p>
    <w:p>
      <w:pPr>
        <w:jc w:val="center"/>
      </w:pPr>
      <w:r>
        <w:rPr>
          <w:rFonts w:ascii="Arial" w:hAnsi="Arial"/>
          <w:b/>
          <w:sz w:val="26"/>
        </w:rPr>
        <w:t>ЗАЯВЛЕНИЕ</w:t>
        <w:br/>
        <w:t>о составлении акта и сохранении доказательств после падения снега или льда с крыши</w:t>
      </w:r>
    </w:p>
    <w:p>
      <w:pPr>
        <w:spacing w:after="80" w:line="252" w:lineRule="auto"/>
      </w:pPr>
      <w:r>
        <w:t>«___» ________ 20__ г. примерно в [время] по адресу [___] с крыши / карниза / козырька [указать конструкцию] произошел сход снега (льда, сосульки), в результате чего повреждено [автомобиль/имущество] и/или причинена травма [Ф.И.О.].</w:t>
      </w:r>
    </w:p>
    <w:p>
      <w:pPr>
        <w:spacing w:after="80" w:line="252" w:lineRule="auto"/>
      </w:pPr>
      <w:r>
        <w:t>Я обратился(лась) в аварийно-диспетчерскую службу [время, номер заявки, если есть]. На месте имеются/имелись [снег, лед, сосульки, ограждения, предупреждающие таблички, камеры].</w:t>
      </w:r>
    </w:p>
    <w:p>
      <w:pPr>
        <w:pStyle w:val="Heading2"/>
        <w:spacing w:before="160" w:after="60"/>
      </w:pPr>
      <w:r>
        <w:t>Прошу</w:t>
      </w:r>
    </w:p>
    <w:p>
      <w:pPr>
        <w:spacing w:after="40"/>
        <w:ind w:left="255" w:hanging="142"/>
      </w:pPr>
      <w:r>
        <w:t>1. Незамедлительно провести осмотр места и составить акт с указанием даты, времени, точного места, предполагаемого источника схода снега/льда, состояния кровли и принятых мер.</w:t>
      </w:r>
    </w:p>
    <w:p>
      <w:pPr>
        <w:spacing w:after="40"/>
        <w:ind w:left="255" w:hanging="142"/>
      </w:pPr>
      <w:r>
        <w:t>2. Сохранить записи камер дома, двора и иных систем видеонаблюдения за период [___] - [___], а также журналы заявок и работ по очистке кровли.</w:t>
      </w:r>
    </w:p>
    <w:p>
      <w:pPr>
        <w:spacing w:after="40"/>
        <w:ind w:left="255" w:hanging="142"/>
      </w:pPr>
      <w:r>
        <w:t>3. Сообщить, какая организация и на каком основании отвечает за содержание соответствующей крыши/козырька/карниза, и предоставить реквизиты договора с подрядчиком, если работы переданы ему.</w:t>
      </w:r>
    </w:p>
    <w:p>
      <w:pPr>
        <w:spacing w:after="40"/>
        <w:ind w:left="255" w:hanging="142"/>
      </w:pPr>
      <w:r>
        <w:t>4. Предоставить сведения о датах осмотров и очистки кровли за [период], выданных заданиях, актах выполненных работ и предупреждающих/ограждающих мерах.</w:t>
      </w:r>
    </w:p>
    <w:p>
      <w:pPr>
        <w:spacing w:after="40"/>
        <w:ind w:left="255" w:hanging="142"/>
      </w:pPr>
      <w:r>
        <w:t>5. Выдать мне копию акта осмотра и письменный ответ на настоящее заявление.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• Фото/видео происшествия - [___].</w:t>
      </w:r>
    </w:p>
    <w:p>
      <w:pPr>
        <w:spacing w:after="40"/>
        <w:ind w:left="255" w:hanging="142"/>
      </w:pPr>
      <w:r>
        <w:t>• Копия документа на поврежденное имущество - [если есть].</w:t>
      </w:r>
    </w:p>
    <w:p>
      <w:pPr>
        <w:spacing w:after="40"/>
        <w:ind w:left="255" w:hanging="142"/>
      </w:pPr>
      <w:r>
        <w:t>• Медицинские документы - [если есть].</w:t>
      </w:r>
    </w:p>
    <w:p>
      <w:pPr>
        <w:spacing w:after="80" w:line="252" w:lineRule="auto"/>
      </w:pPr>
      <w:r>
        <w:t>Правовая основа: ст. 36, 161 ЖК РФ; Правила содержания общего имущества, утв. Постановлением Правительства РФ N 491; минимальный перечень работ, утв. Постановлением Правительства РФ N 290. Заявление направляется для фиксации доказательств и не означает заранее установленной вины конкретного лица.</w:t>
      </w:r>
    </w:p>
    <w:p>
      <w:pPr>
        <w:spacing w:after="80" w:line="252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