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ЗАЯВЛЕНИЕ РАБОТОДАТЕЛЮ</w:t>
        <w:br/>
        <w:t>о предоставлении ежегодного оплачиваемого отпуска</w:t>
      </w:r>
    </w:p>
    <w:p>
      <w:r>
        <w:rPr>
          <w:i/>
          <w:sz w:val="18"/>
        </w:rPr>
        <w:t>Рабочий образец. Перед подачей удалить подсказки в квадратных скобках и ненужные альтернативные варианты.</w:t>
      </w:r>
    </w:p>
    <w:p>
      <w:r>
        <w:t>Работодателю: [наименование, руководитель]</w:t>
      </w:r>
    </w:p>
    <w:p>
      <w:r>
        <w:t>От работника: [Ф.И.О., должность]</w:t>
      </w:r>
    </w:p>
    <w:p>
      <w:r>
        <w:t>Мой рабочий год: с «___» ______ 20__ г. по «___» ______ 20__ г. Неиспользованный ежегодный оплачиваемый отпуск: [___] календарных дней.</w:t>
      </w:r>
    </w:p>
    <w:p>
      <w:r>
        <w:t>[Вариант А — отпуск по графику:] утверждённым графиком отпусков отпуск предусмотрен с «___» ______ 20__ г. на [___] дней.</w:t>
      </w:r>
    </w:p>
    <w:p>
      <w:r>
        <w:t>[Вариант Б — льготная категория:] я имею право на отпуск в удобное время на основании [указать норму/статус и приложить подтверждение]; прошу предоставить отпуск с «___» ______ 20__ г.</w:t>
      </w:r>
    </w:p>
    <w:p>
      <w:pPr>
        <w:pStyle w:val="Heading1"/>
      </w:pPr>
      <w:r>
        <w:t>Прошу</w:t>
      </w:r>
    </w:p>
    <w:p>
      <w:pPr>
        <w:pStyle w:val="ListNumber"/>
      </w:pPr>
      <w:r>
        <w:t>Оформить ежегодный оплачиваемый отпуск на указанный период и выдать/направить соответствующий документ.</w:t>
      </w:r>
    </w:p>
    <w:p>
      <w:pPr>
        <w:pStyle w:val="ListNumber"/>
      </w:pPr>
      <w:r>
        <w:t>Произвести оплату отпуска в установленный законом срок.</w:t>
      </w:r>
    </w:p>
    <w:p>
      <w:pPr>
        <w:pStyle w:val="ListNumber"/>
      </w:pPr>
      <w:r>
        <w:t>Если работодатель предлагает перенос, письменно указать причину и конкретную новую дату; перенос согласовать со мной в случаях, когда закон требует моего согласия.</w:t>
      </w:r>
    </w:p>
    <w:p>
      <w:pPr>
        <w:pStyle w:val="ListNumber"/>
      </w:pPr>
      <w:r>
        <w:t>Предоставить выписку из графика отпусков и сведения об остатке неиспользованных дней.</w:t>
      </w:r>
    </w:p>
    <w:p>
      <w:r>
        <w:t>Самовольный уход в отпуск без надлежащего оформления настоящим заявлением не заявляется.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</w:tcPr>
          <w:p>
            <w:r>
              <w:t>Дата: «___» __________ 20__ г.</w:t>
            </w:r>
          </w:p>
        </w:tc>
        <w:tc>
          <w:tcPr>
            <w:tcW w:type="dxa" w:w="5128"/>
            <w:vAlign w:val="center"/>
          </w:tcPr>
          <w:p>
            <w:r>
              <w:t>Подпись: __________________ / [Ф.И.О.]</w:t>
            </w:r>
          </w:p>
        </w:tc>
      </w:tr>
      <w:tr>
        <w:tc>
          <w:tcPr>
            <w:tcW w:type="dxa" w:w="5128"/>
            <w:vAlign w:val="center"/>
          </w:tcPr>
          <w:p>
            <w:r>
              <w:t>Контакты: [телефон, e-mail]</w:t>
            </w:r>
          </w:p>
        </w:tc>
        <w:tc>
          <w:tcPr>
            <w:tcW w:type="dxa" w:w="5128"/>
            <w:vAlign w:val="center"/>
          </w:tcPr>
          <w:p/>
        </w:tc>
      </w:tr>
    </w:tbl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