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удостоверяющего центра, выдавшего ЭЦП] и в [наименование отдела полиции]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Заявление о компрометации электронной подписи (в удостоверяющий центр и полицию)</w:t>
      </w:r>
    </w:p>
    <w:p>
      <w:r>
        <w:t>«___» ________ 20__ г. мне стало известно, что доступ к моей квалифицированной электронной подписи (сертификат № [___], выдан [наименование УЦ] «___» ________ 20__ г.) получили посторонние лица без моего ведома и согласия, при обстоятельствах: [указать — фишинг, взлом аккаунта Госуслуг, утеря носителя ключа и т. п.].</w:t>
      </w:r>
    </w:p>
    <w:p>
      <w:r>
        <w:t>В соответствии со ст. 14 ФЗ №63-ФЗ владелец сертификата обязан немедленно уведомить удостоверяющий центр о нарушении конфиденциальности ключа электронной подписи. Настоящим уведомляю о компрометации указанного сертификата.</w:t>
      </w:r>
    </w:p>
    <w:p>
      <w:r>
        <w:t>Также прошу зарегистрировать данное обращение как заявление о преступлении, поскольку получение доступа к моей электронной подписи посторонними лицами создаёт угрозу совершения мошеннических действий от моего имени (ст. 159 УК РФ).</w:t>
      </w:r>
    </w:p>
    <w:p>
      <w:r>
        <w:t>На основании изложенного, руководствуясь ст. 14 ФЗ №63-ФЗ, ст. 159 УК РФ, ст. 141, 144 УПК РФ,</w:t>
      </w:r>
    </w:p>
    <w:p>
      <w:r>
        <w:rPr>
          <w:b/>
        </w:rPr>
        <w:t>ПРОШУ:</w:t>
      </w:r>
    </w:p>
    <w:p>
      <w:r>
        <w:t>1. Немедленно аннулировать (отозвать) сертификат ключа электронной подписи № [___].</w:t>
      </w:r>
    </w:p>
    <w:p>
      <w:r>
        <w:t>2. Внести сведения об аннулировании в реестр сертификатов удостоверяющего центра.</w:t>
      </w:r>
    </w:p>
    <w:p>
      <w:r>
        <w:t>3. Провести проверку по факту получения посторонними лицами доступа к моей ЭЦП и установить виновных лиц.</w:t>
      </w:r>
    </w:p>
    <w:p>
      <w:r>
        <w:t>4. Сообщить мне о всех юридически значимых действиях, совершённых с использованием данного сертификата за период с [дата] по настоящее время (если такая информация доступна УЦ).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копия сертификата электронной подписи (при наличии на руках)</w:t>
      </w:r>
    </w:p>
    <w:p>
      <w:r>
        <w:t>2. документы/переписка, подтверждающие обстоятельства компрометации (фишинговое письмо, уведомление о взломе и т. п.)</w:t>
      </w:r>
    </w:p>
    <w:p>
      <w:r>
        <w:t>3. документ, удостоверяющий личность заявителя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с использованием вашей ЭЦП уже совершена сделка (например, переоформлена недвижимость) — это отдельная, более серьёзная ситуация: используйте документ «Иск о признании сделки недействительной вследствие подделки электронной подписи» (уже есть в библиотеке), возможно параллельно с этим заявлением.</w:t>
      </w:r>
    </w:p>
    <w:p>
      <w:r>
        <w:rPr>
          <w:i/>
        </w:rPr>
        <w:t>• Проверьте через Госуслуги/личный кабинет ФНС, не оформлено ли на ваше имя ИП или юрлицо без вашего ведома — это частый сценарий использования украденной ЭЦП.</w:t>
      </w:r>
    </w:p>
    <w:p>
      <w:r>
        <w:rPr>
          <w:i/>
        </w:rPr>
        <w:t>• После отзыва скомпрометированного сертификата закажите новый только лично, с проверкой личности, у надёжного удостоверяющего центра.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