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5" w:lineRule="auto"/>
        <w:jc w:val="center"/>
      </w:pPr>
      <w:r>
        <w:rPr>
          <w:rFonts w:ascii="Arimo" w:hAnsi="Arimo" w:eastAsia="Arimo"/>
          <w:b/>
          <w:sz w:val="17"/>
        </w:rPr>
        <w:t>ЮРИСТЫ В ДЖИНСАХ</w:t>
      </w:r>
    </w:p>
    <w:p>
      <w:pPr>
        <w:spacing w:after="60" w:line="245" w:lineRule="auto"/>
      </w:pPr>
      <w:r>
        <w:t>В [наименование территориального органа МВД России]</w:t>
      </w:r>
    </w:p>
    <w:p>
      <w:pPr>
        <w:spacing w:after="60" w:line="245" w:lineRule="auto"/>
      </w:pPr>
      <w:r>
        <w:t>От: [ФИО]</w:t>
      </w:r>
    </w:p>
    <w:p>
      <w:pPr>
        <w:spacing w:after="60" w:line="245" w:lineRule="auto"/>
      </w:pPr>
      <w:r>
        <w:t>Адрес: [адрес]</w:t>
      </w:r>
    </w:p>
    <w:p>
      <w:pPr>
        <w:spacing w:after="60" w:line="245" w:lineRule="auto"/>
      </w:pPr>
      <w:r>
        <w:t>Телефон, e-mail: [контакты]</w:t>
      </w:r>
    </w:p>
    <w:p>
      <w:pPr>
        <w:pStyle w:val="Title"/>
        <w:jc w:val="center"/>
      </w:pPr>
      <w:r>
        <w:t>ЗАЯВЛЕНИЕ</w:t>
      </w:r>
    </w:p>
    <w:p>
      <w:pPr>
        <w:spacing w:after="60" w:line="245" w:lineRule="auto"/>
        <w:jc w:val="center"/>
      </w:pPr>
      <w:r>
        <w:rPr>
          <w:b/>
        </w:rPr>
        <w:t>о возмещении расходов и материального ущерба при использовании автомобиля сотрудником полиции</w:t>
      </w:r>
    </w:p>
    <w:p>
      <w:pPr>
        <w:spacing w:after="60" w:line="245" w:lineRule="auto"/>
      </w:pPr>
      <w:r>
        <w:t>«___» ________ 20__ г. около [время] в [место] сотрудник полиции [ФИО, должность, подразделение — если известно] потребовал предоставить принадлежащий мне автомобиль [марка, модель, госномер, VIN] для [преследования лица, подозреваемого в совершении преступления / пресечения преступления / иной предусмотренной законом срочной цели].</w:t>
      </w:r>
    </w:p>
    <w:p>
      <w:pPr>
        <w:spacing w:after="60" w:line="245" w:lineRule="auto"/>
      </w:pPr>
      <w:r>
        <w:t>Автомобиль использовался с [время] до [время], ориентировочный пробег составил [___] км. Использование подтверждается [справкой / записью / видео регистратора / свидетелями / иными материалами].</w:t>
      </w:r>
    </w:p>
    <w:p>
      <w:pPr>
        <w:spacing w:after="60" w:line="245" w:lineRule="auto"/>
      </w:pPr>
      <w:r>
        <w:t>После возврата автомобиля установлено: [описать повреждения, расход топлива, эвакуацию, диагностику, иные расходы]. Размер подтверждённых расходов и материального ущерба составляет [___] руб., в том числе: [перечень и суммы].</w:t>
      </w:r>
    </w:p>
    <w:p>
      <w:pPr>
        <w:spacing w:after="60" w:line="245" w:lineRule="auto"/>
      </w:pPr>
      <w:r>
        <w:t>Пункт 37 части 1 статьи 13 Федерального закона №3-ФЗ «О полиции» предусматривает по требованию владельца возмещение понесённых расходов либо причинённого материального ущерба при использовании транспортного средства полицией. Статья 16.1 ГК РФ предусматривает компенсацию ущерба, причинённого правомерными действиями государственных органов, в случаях, установленных законом.</w:t>
      </w:r>
    </w:p>
    <w:p>
      <w:pPr>
        <w:pStyle w:val="Heading1"/>
      </w:pPr>
      <w:r>
        <w:t>ПРОШУ:</w:t>
      </w:r>
    </w:p>
    <w:p>
      <w:pPr>
        <w:spacing w:after="60" w:line="245" w:lineRule="auto"/>
        <w:ind w:left="227"/>
      </w:pPr>
      <w:r>
        <w:t>1. Зарегистрировать настоящее заявление и проверить обстоятельства использования автомобиля.</w:t>
      </w:r>
    </w:p>
    <w:p>
      <w:pPr>
        <w:spacing w:after="60" w:line="245" w:lineRule="auto"/>
        <w:ind w:left="227"/>
      </w:pPr>
      <w:r>
        <w:t>2. Возместить документально подтверждённые расходы и материальный ущерб в размере [___] руб. по реквизитам: [банковские реквизиты].</w:t>
      </w:r>
    </w:p>
    <w:p>
      <w:pPr>
        <w:spacing w:after="60" w:line="245" w:lineRule="auto"/>
        <w:ind w:left="227"/>
      </w:pPr>
      <w:r>
        <w:t>3. При необходимости предоставить копии или сведения из служебных материалов, подтверждающих использование автомобиля, в доступной заявителю части.</w:t>
      </w:r>
    </w:p>
    <w:p>
      <w:pPr>
        <w:spacing w:after="60" w:line="245" w:lineRule="auto"/>
        <w:ind w:left="227"/>
      </w:pPr>
      <w:r>
        <w:t>4. Направить письменный мотивированный ответ по адресу / e-mail: [___].</w:t>
      </w:r>
    </w:p>
    <w:p>
      <w:pPr>
        <w:pStyle w:val="Heading1"/>
      </w:pPr>
      <w:r>
        <w:t>Приложения:</w:t>
      </w:r>
    </w:p>
    <w:p>
      <w:pPr>
        <w:spacing w:after="60" w:line="245" w:lineRule="auto"/>
        <w:ind w:left="227"/>
      </w:pPr>
      <w:r>
        <w:t>1. Копия СТС / документа о принадлежности автомобиля.</w:t>
      </w:r>
    </w:p>
    <w:p>
      <w:pPr>
        <w:spacing w:after="60" w:line="245" w:lineRule="auto"/>
        <w:ind w:left="227"/>
      </w:pPr>
      <w:r>
        <w:t>2. Справка или иная фиксация использования автомобиля.</w:t>
      </w:r>
    </w:p>
    <w:p>
      <w:pPr>
        <w:spacing w:after="60" w:line="245" w:lineRule="auto"/>
        <w:ind w:left="227"/>
      </w:pPr>
      <w:r>
        <w:t>3. Фото и видео состояния автомобиля.</w:t>
      </w:r>
    </w:p>
    <w:p>
      <w:pPr>
        <w:spacing w:after="60" w:line="245" w:lineRule="auto"/>
        <w:ind w:left="227"/>
      </w:pPr>
      <w:r>
        <w:t>4. Акт осмотра / заключение / расчёт стоимости ремонта.</w:t>
      </w:r>
    </w:p>
    <w:p>
      <w:pPr>
        <w:spacing w:after="60" w:line="245" w:lineRule="auto"/>
        <w:ind w:left="227"/>
      </w:pPr>
      <w:r>
        <w:t>5. Чеки, квитанции и иные документы о расходах.</w:t>
      </w:r>
    </w:p>
    <w:p>
      <w:pPr>
        <w:spacing w:after="60" w:line="245" w:lineRule="auto"/>
        <w:ind w:left="227"/>
      </w:pPr>
      <w:r>
        <w:t>6. Банковские реквизиты.</w:t>
      </w:r>
    </w:p>
    <w:p>
      <w:pPr>
        <w:spacing w:after="60" w:line="245" w:lineRule="auto"/>
      </w:pPr>
      <w:r>
        <w:t>Дата ____________    Подпись ____________ / [ФИО]</w:t>
      </w:r>
    </w:p>
    <w:p>
      <w:pPr>
        <w:spacing w:after="60" w:line="245" w:lineRule="auto"/>
      </w:pPr>
      <w:r>
        <w:rPr>
          <w:b/>
        </w:rPr>
        <w:t>ВАЖНО. Это заявление предназначено для ветки, когда использование автомобиля было правомерным, но возникли расходы или материальный ущерб. Если оспаривается законность действий сотрудника, используйте отдельную жалобу и не подменяйте ею требование о компенсации.</w:t>
      </w:r>
    </w:p>
    <w:sectPr w:rsidR="00FC693F" w:rsidRPr="0006063C" w:rsidSect="00034616">
      <w:pgSz w:w="12240" w:h="15840"/>
      <w:pgMar w:top="737" w:right="907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PT Serif" w:hAnsi="PT Serif" w:eastAsia="PT Seri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PT Serif" w:hAnsi="PT Serif" w:eastAsia="PT Serif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PT Serif" w:hAnsi="PT Serif" w:eastAsia="PT Serif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PT Serif" w:hAnsi="PT Serif" w:eastAsia="PT Serif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