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работодателю об отказе от обязательного полиграфа и предоставлении правового основания проверки</w:t>
      </w:r>
    </w:p>
    <w:p>
      <w:r>
        <w:t>Категория: Заявления</w:t>
      </w:r>
    </w:p>
    <w:p>
      <w:r>
        <w:t>Работодателю: ______________________________</w:t>
      </w:r>
    </w:p>
    <w:p>
      <w:r>
        <w:t>От работника: ______________________________</w:t>
      </w:r>
    </w:p>
    <w:p>
      <w:r>
        <w:t>Должность: _________________________________</w:t>
      </w:r>
    </w:p>
    <w:p>
      <w:r>
        <w:t>«___» ________ 20___ г. мне предложено / предписано пройти проверку с применением полиграфа в связи с: ______________________________.</w:t>
      </w:r>
    </w:p>
    <w:p>
      <w:pPr>
        <w:pStyle w:val="Heading1"/>
      </w:pPr>
      <w:r>
        <w:t>Заявление</w:t>
      </w:r>
    </w:p>
    <w:p>
      <w:r>
        <w:t>Прошу письменно сообщить правовое и локальное основание проверки, её цель, перечень вопросов/категорий сведений, лицо, проводящее опрос, порядок использования и срок хранения результатов.</w:t>
      </w:r>
    </w:p>
    <w:p>
      <w:r>
        <w:t>Согласия на прохождение полиграфа в предложенном виде я не даю. При этом от исполнения трудовых обязанностей и от дачи письменных объяснений по конкретным фактам я не отказываюсь и готов(а) представить относящиеся к работе документы и объяснения в порядке ТК РФ.</w:t>
      </w:r>
    </w:p>
    <w:p>
      <w:r>
        <w:t>Прошу не рассматривать мой отказ от полиграфа как признание вины или самостоятельный дисциплинарный проступок.</w:t>
      </w:r>
    </w:p>
    <w:p>
      <w:pPr>
        <w:pStyle w:val="Heading1"/>
      </w:pPr>
      <w:r>
        <w:t>Прошу предоставить</w:t>
      </w:r>
    </w:p>
    <w:p>
      <w:r>
        <w:t>Копию приказа/распоряжения и применимого локального акта.</w:t>
      </w:r>
    </w:p>
    <w:p>
      <w:r>
        <w:t>Форму согласия и уведомление об обработке персональных данных.</w:t>
      </w:r>
    </w:p>
    <w:p>
      <w:r>
        <w:t>Сведения об операторе/подрядчике, получателях и сроках хранения результатов.</w:t>
      </w:r>
    </w:p>
    <w:p>
      <w:r>
        <w:t>Если проводится дисциплинарная проверка — конкретное описание предполагаемого проступка и запрос письменного объяснения.</w:t>
      </w:r>
    </w:p>
    <w:p>
      <w:r>
        <w:rPr>
          <w:b/>
        </w:rPr>
        <w:t xml:space="preserve">Важно. </w:t>
      </w:r>
      <w:r>
        <w:t>Письмо Минтруда России от 11.12.2024 №14-6/ООГ-7120 исходит из того, что отказ работника от полиграфа сам по себе не является основанием для взыскания. Но работник должен отдельно реагировать на законные запросы объяснений по конкретному проступку.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