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страховой медицинской организации] и Территориальный фонд ОМС по [субъект РФ]</w:t>
      </w:r>
    </w:p>
    <w:p>
      <w:r>
        <w:t>Заявитель: [ФИО], адрес: [АДРЕС], тел.: [ТЕЛЕФОН], полис ОМС: [серия, номер]</w:t>
      </w:r>
    </w:p>
    <w:p/>
    <w:p>
      <w:pPr>
        <w:jc w:val="center"/>
      </w:pPr>
      <w:r>
        <w:rPr>
          <w:b/>
        </w:rPr>
        <w:t>Жалоба в страховую медицинскую организацию (СМО) и ТФОМС на отказ в медицинской помощи по ОМС</w:t>
      </w:r>
    </w:p>
    <w:p>
      <w:r>
        <w:t>«___» ________ 20__ г. я обратился(ась) в [название медучреждения] за медицинской помощью, входящей в базовую программу ОМС.</w:t>
      </w:r>
    </w:p>
    <w:p>
      <w:r>
        <w:t>Мне было отказано в бесплатной помощи / навязаны платные услуги / предложено оплатить [услуга], что нарушает мои права застрахованного лица по ОМС (ст. 16 ФЗ №326).</w:t>
      </w:r>
    </w:p>
    <w:p>
      <w:r>
        <w:t>На основании изложенного, руководствуясь ФЗ №326 «Об обязательном медицинском страховании в РФ»,</w:t>
      </w:r>
    </w:p>
    <w:p>
      <w:r>
        <w:rPr>
          <w:b/>
        </w:rPr>
        <w:t>ПРОШУ:</w:t>
      </w:r>
    </w:p>
    <w:p>
      <w:r>
        <w:t>1. Провести проверку (экспертизу качества медицинской помощи) по факту отказа в медучреждении [наименование].</w:t>
      </w:r>
    </w:p>
    <w:p>
      <w:r>
        <w:t>2. Обязать медицинскую организацию оказать мне помощь в рамках программы ОМС бесплатно.</w:t>
      </w:r>
    </w:p>
    <w:p>
      <w:r>
        <w:t>3. Дать письменный ответ в течение 30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полис ОМС</w:t>
      </w:r>
    </w:p>
    <w:p>
      <w:r>
        <w:t>2. документы об обращении в медучреждение</w:t>
      </w:r>
    </w:p>
    <w:p>
      <w:r>
        <w:t>3. письменный отказ (если выдан)</w:t>
      </w:r>
    </w:p>
    <w:p>
      <w:r>
        <w:t>4. чеки (если пришлось платить)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Страховой представитель СМО обязан бесплатно защищать интересы застрахованного и может помочь на месте, ещё до письменного ответа.</w:t>
      </w:r>
    </w:p>
    <w:p>
      <w:r>
        <w:rPr>
          <w:i/>
        </w:rPr>
        <w:t>• Срок ответа — 30 дней (ФЗ-59).</w:t>
      </w:r>
    </w:p>
    <w:p>
      <w:r>
        <w:rPr>
          <w:i/>
        </w:rPr>
        <w:t>• Если результата нет — следующий шаг: иск о признании отказа в бесплатной медпомощи по ОМС незаконным и обязании предоставить помощь (см. связанный документ).</w:t>
      </w:r>
    </w:p>
    <w:p>
      <w:r>
        <w:rPr>
          <w:i/>
        </w:rPr>
        <w:t>• Связанные документы: иск о признании отказа в бесплатной медпомощи по ОМС незаконным и обязании предоставить помощь.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